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Mahi Sharma</w:t>
      </w:r>
    </w:p>
    <w:p>
      <w:r>
        <w:rPr>
          <w:b w:val="0"/>
        </w:rPr>
        <w:t>Fredericton, NB | mahisharmaunb@gmail.com | (506) 476-4142</w:t>
      </w:r>
    </w:p>
    <w:p>
      <w:r>
        <w:rPr>
          <w:b/>
        </w:rPr>
        <w:t>Software Engineering Student | Seeking Summer 2027 Software Development Internship</w:t>
      </w:r>
    </w:p>
    <w:p>
      <w:pPr>
        <w:pStyle w:val="Heading1"/>
      </w:pPr>
      <w:r>
        <w:t>Education</w:t>
      </w:r>
    </w:p>
    <w:p>
      <w:r>
        <w:rPr>
          <w:b/>
        </w:rPr>
        <w:t>University of New Brunswick — Fredericton, NB</w:t>
      </w:r>
    </w:p>
    <w:p>
      <w:r>
        <w:rPr>
          <w:b w:val="0"/>
        </w:rPr>
        <w:t>Bachelor of Science in Software Engineering | Expected graduation May 2029</w:t>
      </w:r>
    </w:p>
    <w:p>
      <w:r>
        <w:rPr>
          <w:b w:val="0"/>
        </w:rPr>
        <w:t>Selected coursework: Database Management (CS1103), Functional Programming (CS2613), Digital Logic (ECE2214), Digital Systems (ECE2711), Probability and Statistics (STAT 2593).</w:t>
      </w:r>
    </w:p>
    <w:p>
      <w:pPr>
        <w:pStyle w:val="Heading1"/>
      </w:pPr>
      <w:r>
        <w:t>Technical Skills</w:t>
      </w:r>
    </w:p>
    <w:p>
      <w:r>
        <w:rPr>
          <w:b w:val="0"/>
        </w:rPr>
        <w:t>Programming: Python, Java, JavaScript, Racket, Octave | Hardware description: VHDL</w:t>
      </w:r>
    </w:p>
    <w:p>
      <w:r>
        <w:rPr>
          <w:b w:val="0"/>
        </w:rPr>
        <w:t>Tools: Git, DrRacket, Quartus Prime Lite, Fusion 360 | Databases: SQL, MariaDB</w:t>
      </w:r>
    </w:p>
    <w:p>
      <w:r>
        <w:rPr>
          <w:b w:val="0"/>
        </w:rPr>
        <w:t>Concepts: Structural recursion, higher-order functions, automated checks, entity relationship modeling, truth tables and digital logic</w:t>
      </w:r>
    </w:p>
    <w:p>
      <w:pPr>
        <w:pStyle w:val="Heading1"/>
      </w:pPr>
      <w:r>
        <w:t>Technical Projects and Coursework</w:t>
      </w:r>
    </w:p>
    <w:p>
      <w:pPr>
        <w:keepNext/>
        <w:spacing w:after="80"/>
      </w:pPr>
      <w:r>
        <w:rPr>
          <w:b/>
          <w:i w:val="0"/>
        </w:rPr>
        <w:t>Freddy Life — Browser Life Simulation Game</w:t>
      </w:r>
    </w:p>
    <w:p>
      <w:pPr>
        <w:keepNext/>
        <w:spacing w:after="80"/>
      </w:pPr>
      <w:r>
        <w:rPr>
          <w:b w:val="0"/>
          <w:i/>
        </w:rPr>
        <w:t>JavaScript, Phaser, Vite | Personal Project · In Development</w:t>
      </w:r>
    </w:p>
    <w:p>
      <w:pPr>
        <w:pStyle w:val="ListBullet"/>
        <w:keepNext w:val="0"/>
        <w:spacing w:after="40"/>
      </w:pPr>
      <w:r>
        <w:rPr>
          <w:b w:val="0"/>
          <w:i w:val="0"/>
        </w:rPr>
        <w:t>Built a playable 2D life simulation prototype inspired by Fredericton, featuring an apartment and downtown locations.</w:t>
      </w:r>
    </w:p>
    <w:p>
      <w:pPr>
        <w:pStyle w:val="ListBullet"/>
        <w:keepNext w:val="0"/>
        <w:spacing w:after="40"/>
      </w:pPr>
      <w:r>
        <w:rPr>
          <w:b w:val="0"/>
          <w:i w:val="0"/>
        </w:rPr>
        <w:t>Implemented frame-rate-independent movement, obstacle collision detection, and proximity-based interactions.</w:t>
      </w:r>
    </w:p>
    <w:p>
      <w:pPr>
        <w:pStyle w:val="ListBullet"/>
        <w:keepNext w:val="0"/>
        <w:spacing w:after="40"/>
      </w:pPr>
      <w:r>
        <w:rPr>
          <w:b w:val="0"/>
          <w:i w:val="0"/>
        </w:rPr>
        <w:t>Developed hunger, energy, and money systems with meal purchases, resting, and timed café shifts; preserved player stats when switching locations.</w:t>
      </w:r>
    </w:p>
    <w:p>
      <w:r>
        <w:rPr>
          <w:b/>
        </w:rPr>
        <w:t>Hotel Management System | SQL</w:t>
      </w:r>
    </w:p>
    <w:p>
      <w:pPr>
        <w:pStyle w:val="ListBullet"/>
        <w:spacing w:after="40"/>
      </w:pPr>
      <w:r>
        <w:t>Built a SQL-based hotel management system, applying relational database concepts to a practical application.</w:t>
      </w:r>
    </w:p>
    <w:p>
      <w:r>
        <w:rPr>
          <w:b/>
        </w:rPr>
        <w:t>Array Programming Exercises | Java</w:t>
      </w:r>
    </w:p>
    <w:p>
      <w:pPr>
        <w:pStyle w:val="ListBullet"/>
        <w:spacing w:after="40"/>
      </w:pPr>
      <w:r>
        <w:t>Implemented multiple Java programs using arrays to store and process data.</w:t>
      </w:r>
    </w:p>
    <w:p>
      <w:r>
        <w:rPr>
          <w:b/>
        </w:rPr>
        <w:t>Functional Programming Implementations | Racket, Git</w:t>
      </w:r>
    </w:p>
    <w:p>
      <w:pPr>
        <w:pStyle w:val="ListBullet"/>
        <w:spacing w:after="40"/>
      </w:pPr>
      <w:r>
        <w:t>Implemented subtraction, less-than comparison, and integer division over recursively defined natural numbers, including negative-result and divide-by-zero error handling.</w:t>
      </w:r>
    </w:p>
    <w:p>
      <w:pPr>
        <w:pStyle w:val="ListBullet"/>
        <w:spacing w:after="40"/>
      </w:pPr>
      <w:r>
        <w:t>Built recursive list functions for deduplication, intersection, and adding an element to sublists; wrote checks using numeric and mixed-type inputs.</w:t>
      </w:r>
    </w:p>
    <w:p>
      <w:pPr>
        <w:pStyle w:val="ListBullet"/>
        <w:spacing w:after="40"/>
      </w:pPr>
      <w:r>
        <w:t>Implemented a custom right fold and used higher-order functions to process lists; maintained separate Git commits for implementations and tests.</w:t>
      </w:r>
    </w:p>
    <w:p>
      <w:r>
        <w:rPr>
          <w:b/>
        </w:rPr>
        <w:t>Pet Care Management System Data Model | Personal Project</w:t>
      </w:r>
    </w:p>
    <w:p>
      <w:pPr>
        <w:pStyle w:val="ListBullet"/>
        <w:spacing w:after="40"/>
      </w:pPr>
      <w:r>
        <w:t>Developed an entity relationship diagram for a personal Pet Care Management System project.</w:t>
      </w:r>
    </w:p>
    <w:p>
      <w:pPr>
        <w:pStyle w:val="Heading1"/>
      </w:pPr>
      <w:r>
        <w:t>Experience</w:t>
      </w:r>
    </w:p>
    <w:p>
      <w:r>
        <w:rPr>
          <w:b/>
        </w:rPr>
        <w:t>Junior Software Tester | Wolastoq Casino | January–June 2026</w:t>
      </w:r>
    </w:p>
    <w:p>
      <w:pPr>
        <w:pStyle w:val="ListBullet"/>
        <w:spacing w:after="40"/>
      </w:pPr>
      <w:r>
        <w:t>Tested slot machine software to identify bugs and unexpected behavior.</w:t>
      </w:r>
    </w:p>
    <w:p>
      <w:pPr>
        <w:pStyle w:val="ListBullet"/>
        <w:spacing w:after="40"/>
      </w:pPr>
      <w:r>
        <w:t>Reported software bugs to management for review.</w:t>
      </w:r>
    </w:p>
    <w:p>
      <w:r>
        <w:rPr>
          <w:b/>
        </w:rPr>
        <w:t>Personal Support Worker | CBI Health | June 2023–January 2026</w:t>
      </w:r>
    </w:p>
    <w:sectPr w:rsidR="00FC693F" w:rsidRPr="0006063C" w:rsidSect="00034616"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52" w:lineRule="auto"/>
    </w:pPr>
    <w:rPr>
      <w:rFonts w:ascii="Calibri" w:hAnsi="Calibri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ind w:left="0" w:firstLine="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ind w:left="0" w:firstLine="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/>
      <w:ind w:left="0" w:firstLine="0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Calibri" w:hAnsi="Calibr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Mahi Sharma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